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B2A4A"/>
          <w:sz w:val="40"/>
        </w:rPr>
        <w:t>[YOUR FULL NAME]</w:t>
      </w:r>
    </w:p>
    <w:p>
      <w:pPr>
        <w:jc w:val="center"/>
      </w:pPr>
      <w:r>
        <w:rPr>
          <w:color w:val="1B2A4A"/>
          <w:sz w:val="22"/>
        </w:rPr>
        <w:t>Civil Engineer  |  NEC Reg. No.: [XXXXX]</w:t>
      </w:r>
    </w:p>
    <w:p>
      <w:pPr>
        <w:jc w:val="center"/>
      </w:pPr>
      <w:r>
        <w:t>[City, Nepal]  •  [+977-98XXXXXXXX]  •  [youremail@example.com]  •  [linkedin.com/in/yourname]</w:t>
      </w:r>
    </w:p>
    <w:p>
      <w:pPr>
        <w:spacing w:before="240" w:after="80"/>
      </w:pPr>
      <w:r>
        <w:rPr>
          <w:b/>
          <w:color w:val="1B2A4A"/>
          <w:sz w:val="24"/>
        </w:rPr>
        <w:t>PROFESSIONAL SUMMARY</w:t>
      </w:r>
    </w:p>
    <w:p>
      <w:pPr>
        <w:spacing w:after="80"/>
      </w:pPr>
      <w:r>
        <w:rPr>
          <w:color w:val="1B2A4A"/>
          <w:sz w:val="12"/>
        </w:rPr>
        <w:t>────────────────────────────────────────────────────────────────────────</w:t>
      </w:r>
    </w:p>
    <w:p>
      <w:r>
        <w:t>[2–3 lines: years of experience, sectors (buildings, roads, hydropower), and what you are known for. Example: Civil Engineer with 5 years of experience in building construction and road projects, skilled in site execution, quantity estimation, and contractor coordination.]</w:t>
      </w:r>
    </w:p>
    <w:p>
      <w:pPr>
        <w:spacing w:before="240" w:after="80"/>
      </w:pPr>
      <w:r>
        <w:rPr>
          <w:b/>
          <w:color w:val="1B2A4A"/>
          <w:sz w:val="24"/>
        </w:rPr>
        <w:t>WORK EXPERIENCE</w:t>
      </w:r>
    </w:p>
    <w:p>
      <w:pPr>
        <w:spacing w:after="80"/>
      </w:pPr>
      <w:r>
        <w:rPr>
          <w:color w:val="1B2A4A"/>
          <w:sz w:val="12"/>
        </w:rPr>
        <w:t>────────────────────────────────────────────────────────────────────────</w:t>
      </w:r>
    </w:p>
    <w:p>
      <w:r>
        <w:rPr>
          <w:b/>
        </w:rPr>
        <w:t>[Job Title]</w:t>
      </w:r>
    </w:p>
    <w:p>
      <w:r>
        <w:rPr>
          <w:i/>
        </w:rPr>
        <w:t>[Company Name], [City]    |    [Month Year] – [Month Year]</w:t>
      </w:r>
    </w:p>
    <w:p>
      <w:pPr>
        <w:pStyle w:val="ListBullet"/>
      </w:pPr>
      <w:r>
        <w:t>[Achievement or responsibility — start with a strong verb and add numbers where possible.]</w:t>
      </w:r>
    </w:p>
    <w:p>
      <w:pPr>
        <w:pStyle w:val="ListBullet"/>
      </w:pPr>
      <w:r>
        <w:t>[Example: Supervised RCC frame construction of a 5-storey commercial building; managed 40+ workers and 3 subcontractors.]</w:t>
      </w:r>
    </w:p>
    <w:p>
      <w:pPr>
        <w:pStyle w:val="ListBullet"/>
      </w:pPr>
      <w:r>
        <w:t>[Example: Prepared BOQ, rate analysis, and running bills worth NPR 8 crore; reduced material wastage by 12%.]</w:t>
      </w:r>
    </w:p>
    <w:p>
      <w:r>
        <w:rPr>
          <w:b/>
        </w:rPr>
        <w:t>[Job Title]</w:t>
      </w:r>
    </w:p>
    <w:p>
      <w:r>
        <w:rPr>
          <w:i/>
        </w:rPr>
        <w:t>[Company Name], [City]    |    [Month Year] – [Month Year]</w:t>
      </w:r>
    </w:p>
    <w:p>
      <w:pPr>
        <w:pStyle w:val="ListBullet"/>
      </w:pPr>
      <w:r>
        <w:t>[Responsibility or achievement with measurable result.]</w:t>
      </w:r>
    </w:p>
    <w:p>
      <w:pPr>
        <w:pStyle w:val="ListBullet"/>
      </w:pPr>
      <w:r>
        <w:t>[Responsibility or achievement with measurable result.]</w:t>
      </w:r>
    </w:p>
    <w:p>
      <w:pPr>
        <w:spacing w:before="240" w:after="80"/>
      </w:pPr>
      <w:r>
        <w:rPr>
          <w:b/>
          <w:color w:val="1B2A4A"/>
          <w:sz w:val="24"/>
        </w:rPr>
        <w:t>KEY PROJECTS</w:t>
      </w:r>
    </w:p>
    <w:p>
      <w:pPr>
        <w:spacing w:after="80"/>
      </w:pPr>
      <w:r>
        <w:rPr>
          <w:color w:val="1B2A4A"/>
          <w:sz w:val="12"/>
        </w:rPr>
        <w:t>────────────────────────────────────────────────────────────────────────</w:t>
      </w:r>
    </w:p>
    <w:p>
      <w:pPr>
        <w:pStyle w:val="ListBullet"/>
      </w:pPr>
      <w:r>
        <w:t>[Project Name] — [Client], [Year]: [one line on scope and your role.]</w:t>
      </w:r>
    </w:p>
    <w:p>
      <w:pPr>
        <w:pStyle w:val="ListBullet"/>
      </w:pPr>
      <w:r>
        <w:t>[Project Name] — [Client], [Year]: [one line on scope and your role.]</w:t>
      </w:r>
    </w:p>
    <w:p>
      <w:pPr>
        <w:spacing w:before="240" w:after="80"/>
      </w:pPr>
      <w:r>
        <w:rPr>
          <w:b/>
          <w:color w:val="1B2A4A"/>
          <w:sz w:val="24"/>
        </w:rPr>
        <w:t>EDUCATION</w:t>
      </w:r>
    </w:p>
    <w:p>
      <w:pPr>
        <w:spacing w:after="80"/>
      </w:pPr>
      <w:r>
        <w:rPr>
          <w:color w:val="1B2A4A"/>
          <w:sz w:val="12"/>
        </w:rPr>
        <w:t>────────────────────────────────────────────────────────────────────────</w:t>
      </w:r>
    </w:p>
    <w:p>
      <w:r>
        <w:rPr>
          <w:b/>
        </w:rPr>
        <w:t>[B.E. in Civil Engineering]</w:t>
      </w:r>
    </w:p>
    <w:p>
      <w:r>
        <w:t>[University / Campus Name], [City]    |    [Year of graduation]</w:t>
      </w:r>
    </w:p>
    <w:p>
      <w:pPr>
        <w:spacing w:before="240" w:after="80"/>
      </w:pPr>
      <w:r>
        <w:rPr>
          <w:b/>
          <w:color w:val="1B2A4A"/>
          <w:sz w:val="24"/>
        </w:rPr>
        <w:t>TECHNICAL SKILLS</w:t>
      </w:r>
    </w:p>
    <w:p>
      <w:pPr>
        <w:spacing w:after="80"/>
      </w:pPr>
      <w:r>
        <w:rPr>
          <w:color w:val="1B2A4A"/>
          <w:sz w:val="12"/>
        </w:rPr>
        <w:t>────────────────────────────────────────────────────────────────────────</w:t>
      </w:r>
    </w:p>
    <w:p>
      <w:pPr>
        <w:pStyle w:val="ListBullet"/>
      </w:pPr>
      <w:r>
        <w:t>Design &amp; drafting: AutoCAD, ETABS, SAP2000, SAFE</w:t>
      </w:r>
    </w:p>
    <w:p>
      <w:pPr>
        <w:pStyle w:val="ListBullet"/>
      </w:pPr>
      <w:r>
        <w:t>Planning &amp; billing: MS Project, Primavera (basic), Excel BOQ / rate analysis</w:t>
      </w:r>
    </w:p>
    <w:p>
      <w:pPr>
        <w:pStyle w:val="ListBullet"/>
      </w:pPr>
      <w:r>
        <w:t>Survey: Total Station, Auto Level</w:t>
      </w:r>
    </w:p>
    <w:p>
      <w:pPr>
        <w:pStyle w:val="ListBullet"/>
      </w:pPr>
      <w:r>
        <w:t>Codes: Nepal National Building Code (NBC 105, NBC 202)</w:t>
      </w:r>
    </w:p>
    <w:p>
      <w:pPr>
        <w:spacing w:before="240" w:after="80"/>
      </w:pPr>
      <w:r>
        <w:rPr>
          <w:b/>
          <w:color w:val="1B2A4A"/>
          <w:sz w:val="24"/>
        </w:rPr>
        <w:t>TRAINING &amp; CERTIFICATIONS</w:t>
      </w:r>
    </w:p>
    <w:p>
      <w:pPr>
        <w:spacing w:after="80"/>
      </w:pPr>
      <w:r>
        <w:rPr>
          <w:color w:val="1B2A4A"/>
          <w:sz w:val="12"/>
        </w:rPr>
        <w:t>────────────────────────────────────────────────────────────────────────</w:t>
      </w:r>
    </w:p>
    <w:p>
      <w:pPr>
        <w:pStyle w:val="ListBullet"/>
      </w:pPr>
      <w:r>
        <w:t>[Training name] — [Institute], [Year]</w:t>
      </w:r>
    </w:p>
    <w:p>
      <w:pPr>
        <w:pStyle w:val="ListBullet"/>
      </w:pPr>
      <w:r>
        <w:t>[Training name] — [Institute], [Year]</w:t>
      </w:r>
    </w:p>
    <w:p>
      <w:pPr>
        <w:spacing w:before="240" w:after="80"/>
      </w:pPr>
      <w:r>
        <w:rPr>
          <w:b/>
          <w:color w:val="1B2A4A"/>
          <w:sz w:val="24"/>
        </w:rPr>
        <w:t>REFERENCES</w:t>
      </w:r>
    </w:p>
    <w:p>
      <w:pPr>
        <w:spacing w:after="80"/>
      </w:pPr>
      <w:r>
        <w:rPr>
          <w:color w:val="1B2A4A"/>
          <w:sz w:val="12"/>
        </w:rPr>
        <w:t>────────────────────────────────────────────────────────────────────────</w:t>
      </w:r>
    </w:p>
    <w:p>
      <w:r>
        <w:t>Available on request.</w:t>
      </w:r>
    </w:p>
    <w:sectPr w:rsidR="00FC693F" w:rsidRPr="0006063C" w:rsidSect="00034616">
      <w:pgSz w:w="12240" w:h="15840"/>
      <w:pgMar w:top="864" w:right="1152" w:bottom="864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555555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